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9C4" w:rsidRDefault="00C0523B" w:rsidP="00C0523B">
      <w:pPr>
        <w:jc w:val="center"/>
        <w:rPr>
          <w:b/>
          <w:sz w:val="28"/>
          <w:lang w:val="pt-BR"/>
        </w:rPr>
      </w:pPr>
      <w:r w:rsidRPr="00C0523B">
        <w:rPr>
          <w:b/>
          <w:sz w:val="28"/>
          <w:lang w:val="pt-BR"/>
        </w:rPr>
        <w:t>Declaração de Integridade Científica e Boas Práticas</w:t>
      </w:r>
    </w:p>
    <w:p w:rsidR="00C0523B" w:rsidRPr="00ED46C4" w:rsidRDefault="00C0523B" w:rsidP="00C0523B">
      <w:pPr>
        <w:jc w:val="center"/>
        <w:rPr>
          <w:lang w:val="pt-BR"/>
        </w:rPr>
      </w:pPr>
    </w:p>
    <w:p w:rsidR="008109C4" w:rsidRPr="00ED46C4" w:rsidRDefault="00F20377">
      <w:pPr>
        <w:rPr>
          <w:lang w:val="pt-BR"/>
        </w:rPr>
      </w:pPr>
      <w:r w:rsidRPr="00ED46C4">
        <w:rPr>
          <w:b/>
          <w:lang w:val="pt-BR"/>
        </w:rPr>
        <w:t>Ilmo</w:t>
      </w:r>
      <w:r w:rsidR="006B5C1E">
        <w:rPr>
          <w:b/>
          <w:lang w:val="pt-BR"/>
        </w:rPr>
        <w:t>(a)</w:t>
      </w:r>
      <w:bookmarkStart w:id="0" w:name="_GoBack"/>
      <w:bookmarkEnd w:id="0"/>
      <w:r w:rsidRPr="00ED46C4">
        <w:rPr>
          <w:b/>
          <w:lang w:val="pt-BR"/>
        </w:rPr>
        <w:t>. Sr</w:t>
      </w:r>
      <w:r w:rsidR="00C0523B">
        <w:rPr>
          <w:b/>
          <w:lang w:val="pt-BR"/>
        </w:rPr>
        <w:t>(a)</w:t>
      </w:r>
      <w:r w:rsidRPr="00ED46C4">
        <w:rPr>
          <w:b/>
          <w:lang w:val="pt-BR"/>
        </w:rPr>
        <w:t>.</w:t>
      </w:r>
      <w:r w:rsidRPr="00ED46C4">
        <w:rPr>
          <w:b/>
          <w:lang w:val="pt-BR"/>
        </w:rPr>
        <w:br/>
      </w:r>
      <w:proofErr w:type="spellStart"/>
      <w:r w:rsidRPr="00ED46C4">
        <w:rPr>
          <w:lang w:val="pt-BR"/>
        </w:rPr>
        <w:t>Prof</w:t>
      </w:r>
      <w:proofErr w:type="spellEnd"/>
      <w:r w:rsidR="00C0523B">
        <w:rPr>
          <w:lang w:val="pt-BR"/>
        </w:rPr>
        <w:t>(a)</w:t>
      </w:r>
      <w:r w:rsidRPr="00ED46C4">
        <w:rPr>
          <w:lang w:val="pt-BR"/>
        </w:rPr>
        <w:t xml:space="preserve">. </w:t>
      </w:r>
      <w:proofErr w:type="spellStart"/>
      <w:r w:rsidRPr="00ED46C4">
        <w:rPr>
          <w:lang w:val="pt-BR"/>
        </w:rPr>
        <w:t>Dr</w:t>
      </w:r>
      <w:proofErr w:type="spellEnd"/>
      <w:r w:rsidR="00C0523B">
        <w:rPr>
          <w:lang w:val="pt-BR"/>
        </w:rPr>
        <w:t>(a)</w:t>
      </w:r>
      <w:r w:rsidRPr="00ED46C4">
        <w:rPr>
          <w:lang w:val="pt-BR"/>
        </w:rPr>
        <w:t xml:space="preserve">. </w:t>
      </w:r>
      <w:proofErr w:type="spellStart"/>
      <w:r w:rsidRPr="00ED46C4">
        <w:rPr>
          <w:lang w:val="pt-BR"/>
        </w:rPr>
        <w:t>Priscyla</w:t>
      </w:r>
      <w:proofErr w:type="spellEnd"/>
      <w:r w:rsidRPr="00ED46C4">
        <w:rPr>
          <w:lang w:val="pt-BR"/>
        </w:rPr>
        <w:t xml:space="preserve"> </w:t>
      </w:r>
      <w:proofErr w:type="spellStart"/>
      <w:r w:rsidRPr="00ED46C4">
        <w:rPr>
          <w:lang w:val="pt-BR"/>
        </w:rPr>
        <w:t>Daniely</w:t>
      </w:r>
      <w:proofErr w:type="spellEnd"/>
      <w:r w:rsidRPr="00ED46C4">
        <w:rPr>
          <w:lang w:val="pt-BR"/>
        </w:rPr>
        <w:t xml:space="preserve"> </w:t>
      </w:r>
      <w:proofErr w:type="spellStart"/>
      <w:r w:rsidRPr="00ED46C4">
        <w:rPr>
          <w:lang w:val="pt-BR"/>
        </w:rPr>
        <w:t>Marcato</w:t>
      </w:r>
      <w:proofErr w:type="spellEnd"/>
      <w:r w:rsidRPr="00ED46C4">
        <w:rPr>
          <w:lang w:val="pt-BR"/>
        </w:rPr>
        <w:t xml:space="preserve"> </w:t>
      </w:r>
      <w:proofErr w:type="spellStart"/>
      <w:r w:rsidRPr="00ED46C4">
        <w:rPr>
          <w:lang w:val="pt-BR"/>
        </w:rPr>
        <w:t>Gaspari</w:t>
      </w:r>
      <w:proofErr w:type="spellEnd"/>
      <w:r w:rsidRPr="00ED46C4">
        <w:rPr>
          <w:lang w:val="pt-BR"/>
        </w:rPr>
        <w:br/>
      </w:r>
      <w:r>
        <w:rPr>
          <w:lang w:val="pt-BR"/>
        </w:rPr>
        <w:t>Coordenadora do Programa de</w:t>
      </w:r>
      <w:r w:rsidRPr="00ED46C4">
        <w:rPr>
          <w:lang w:val="pt-BR"/>
        </w:rPr>
        <w:t xml:space="preserve"> Pós-Graduação</w:t>
      </w:r>
      <w:r>
        <w:rPr>
          <w:lang w:val="pt-BR"/>
        </w:rPr>
        <w:t xml:space="preserve"> em Ciências Farmacêuticas</w:t>
      </w:r>
      <w:r w:rsidRPr="00ED46C4">
        <w:rPr>
          <w:lang w:val="pt-BR"/>
        </w:rPr>
        <w:br/>
        <w:t>FCFRP-USP</w:t>
      </w:r>
    </w:p>
    <w:p w:rsidR="008109C4" w:rsidRPr="00ED46C4" w:rsidRDefault="008109C4">
      <w:pPr>
        <w:rPr>
          <w:lang w:val="pt-BR"/>
        </w:rPr>
      </w:pPr>
    </w:p>
    <w:p w:rsidR="008109C4" w:rsidRPr="00ED46C4" w:rsidRDefault="00F20377" w:rsidP="00ED46C4">
      <w:pPr>
        <w:spacing w:line="360" w:lineRule="auto"/>
        <w:jc w:val="both"/>
        <w:rPr>
          <w:lang w:val="pt-BR"/>
        </w:rPr>
      </w:pPr>
      <w:r w:rsidRPr="00ED46C4">
        <w:rPr>
          <w:lang w:val="pt-BR"/>
        </w:rPr>
        <w:t xml:space="preserve">Eu ________________________________________________, Nº USP ___________________, aluno(a) regularmente matriculado(a) no Curso de ____________________________ do Programa de Pós-Graduação em </w:t>
      </w:r>
      <w:r w:rsidR="00C0523B">
        <w:rPr>
          <w:lang w:val="pt-BR"/>
        </w:rPr>
        <w:t>Ciências Farmacêuticas</w:t>
      </w:r>
      <w:r w:rsidRPr="00ED46C4">
        <w:rPr>
          <w:lang w:val="pt-BR"/>
        </w:rPr>
        <w:t>, área de concentração ________________________________________, desta Unidade, declaro, para os devidos fins, que:</w:t>
      </w:r>
    </w:p>
    <w:p w:rsidR="00ED46C4" w:rsidRDefault="00F20377" w:rsidP="00ED46C4">
      <w:pPr>
        <w:spacing w:line="360" w:lineRule="auto"/>
        <w:rPr>
          <w:b/>
          <w:bCs/>
          <w:lang w:val="pt-BR"/>
        </w:rPr>
      </w:pPr>
      <w:r w:rsidRPr="00ED46C4">
        <w:rPr>
          <w:b/>
          <w:bCs/>
          <w:lang w:val="pt-BR"/>
        </w:rPr>
        <w:t xml:space="preserve">1. </w:t>
      </w:r>
      <w:r w:rsidR="00ED46C4">
        <w:rPr>
          <w:b/>
          <w:bCs/>
          <w:lang w:val="pt-BR"/>
        </w:rPr>
        <w:t>Uso de IA</w:t>
      </w:r>
    </w:p>
    <w:p w:rsidR="008109C4" w:rsidRPr="00ED46C4" w:rsidRDefault="00F20377" w:rsidP="00C0523B">
      <w:pPr>
        <w:spacing w:line="360" w:lineRule="auto"/>
        <w:jc w:val="both"/>
        <w:rPr>
          <w:lang w:val="pt-BR"/>
        </w:rPr>
      </w:pPr>
      <w:r w:rsidRPr="00ED46C4">
        <w:rPr>
          <w:lang w:val="pt-BR"/>
        </w:rPr>
        <w:t>Durante o desenvolvimento da dissertação/tese intitulada “__________________________________________________________________________”, foram utilizadas ferramentas de Inteligência Artificial (IA), conforme descrito abaixo:</w:t>
      </w:r>
    </w:p>
    <w:p w:rsidR="008109C4" w:rsidRDefault="00F20377">
      <w:pPr>
        <w:rPr>
          <w:lang w:val="pt-BR"/>
        </w:rPr>
      </w:pPr>
      <w:r w:rsidRPr="00ED46C4">
        <w:rPr>
          <w:lang w:val="pt-BR"/>
        </w:rPr>
        <w:br/>
        <w:t>_______________________________________________________</w:t>
      </w:r>
      <w:r w:rsidR="00C0523B">
        <w:rPr>
          <w:lang w:val="pt-BR"/>
        </w:rPr>
        <w:t>_________________________</w:t>
      </w:r>
      <w:r w:rsidRPr="00ED46C4">
        <w:rPr>
          <w:lang w:val="pt-BR"/>
        </w:rPr>
        <w:t>_______________________</w:t>
      </w:r>
      <w:r w:rsidRPr="00ED46C4">
        <w:rPr>
          <w:lang w:val="pt-BR"/>
        </w:rPr>
        <w:br/>
      </w:r>
      <w:r w:rsidRPr="00ED46C4">
        <w:rPr>
          <w:lang w:val="pt-BR"/>
        </w:rPr>
        <w:br/>
        <w:t>__________________________________________________</w:t>
      </w:r>
      <w:r w:rsidR="00C0523B">
        <w:rPr>
          <w:lang w:val="pt-BR"/>
        </w:rPr>
        <w:t>_______________________</w:t>
      </w:r>
      <w:r w:rsidRPr="00ED46C4">
        <w:rPr>
          <w:lang w:val="pt-BR"/>
        </w:rPr>
        <w:t>________</w:t>
      </w:r>
      <w:r w:rsidR="00C0523B">
        <w:rPr>
          <w:lang w:val="pt-BR"/>
        </w:rPr>
        <w:t>___</w:t>
      </w:r>
      <w:r w:rsidRPr="00ED46C4">
        <w:rPr>
          <w:lang w:val="pt-BR"/>
        </w:rPr>
        <w:t>____________________</w:t>
      </w:r>
      <w:r w:rsidRPr="00ED46C4">
        <w:rPr>
          <w:lang w:val="pt-BR"/>
        </w:rPr>
        <w:br/>
      </w:r>
      <w:r w:rsidRPr="00ED46C4">
        <w:rPr>
          <w:lang w:val="pt-BR"/>
        </w:rPr>
        <w:br/>
      </w:r>
      <w:r w:rsidRPr="00B800A4">
        <w:rPr>
          <w:lang w:val="pt-BR"/>
        </w:rPr>
        <w:t>________________________________________________________________</w:t>
      </w:r>
      <w:r w:rsidR="00C0523B">
        <w:rPr>
          <w:lang w:val="pt-BR"/>
        </w:rPr>
        <w:t>_________________________</w:t>
      </w:r>
      <w:r w:rsidRPr="00B800A4">
        <w:rPr>
          <w:lang w:val="pt-BR"/>
        </w:rPr>
        <w:t>______________</w:t>
      </w:r>
    </w:p>
    <w:p w:rsidR="00C0523B" w:rsidRDefault="00C0523B" w:rsidP="00C0523B">
      <w:pPr>
        <w:spacing w:after="0"/>
        <w:rPr>
          <w:lang w:val="pt-BR"/>
        </w:rPr>
      </w:pPr>
    </w:p>
    <w:p w:rsidR="00C0523B" w:rsidRPr="00B800A4" w:rsidRDefault="00C0523B" w:rsidP="00C0523B">
      <w:pPr>
        <w:rPr>
          <w:lang w:val="pt-BR"/>
        </w:rPr>
      </w:pPr>
      <w:r>
        <w:rPr>
          <w:lang w:val="pt-BR"/>
        </w:rPr>
        <w:t>_______________________________________________________________________________________________________</w:t>
      </w:r>
    </w:p>
    <w:p w:rsidR="00C0523B" w:rsidRDefault="00C0523B">
      <w:pPr>
        <w:rPr>
          <w:lang w:val="pt-BR"/>
        </w:rPr>
      </w:pPr>
    </w:p>
    <w:p w:rsidR="008109C4" w:rsidRPr="00B800A4" w:rsidRDefault="00ED46C4" w:rsidP="00ED46C4">
      <w:pPr>
        <w:jc w:val="both"/>
        <w:rPr>
          <w:lang w:val="pt-BR"/>
        </w:rPr>
      </w:pPr>
      <w:r w:rsidRPr="00B800A4">
        <w:rPr>
          <w:lang w:val="pt-BR"/>
        </w:rPr>
        <w:t xml:space="preserve">OBS: Descrever quais ferramentas de IA foram utilizadas e de que forma foram empregadas (por exemplo: revisão gramatical, tradução, organização textual, auxílio em programação, análise exploratória de dados, ou outras atividades de suporte acadêmico). </w:t>
      </w:r>
      <w:r w:rsidR="00B800A4" w:rsidRPr="00B800A4">
        <w:rPr>
          <w:lang w:val="pt-BR"/>
        </w:rPr>
        <w:t>O uso de ferramentas de IA não exime o aluno e o orientador da responsabilidade pela veracidade das informações, originalidade, integridade científica, rastreabilidade dos dados e conformidade ética do trabalho apresentado, em consonância com os princípios de integridade na atividade científica e boas práticas científicas adotados pela Universidade</w:t>
      </w:r>
      <w:r w:rsidRPr="00B800A4">
        <w:rPr>
          <w:lang w:val="pt-BR"/>
        </w:rPr>
        <w:t xml:space="preserve"> de São Paulo, CAPES, CNPQ e FAPESP.</w:t>
      </w:r>
    </w:p>
    <w:p w:rsidR="00ED46C4" w:rsidRPr="00ED46C4" w:rsidRDefault="00F20377">
      <w:pPr>
        <w:rPr>
          <w:b/>
          <w:bCs/>
          <w:lang w:val="pt-BR"/>
        </w:rPr>
      </w:pPr>
      <w:r w:rsidRPr="00ED46C4">
        <w:rPr>
          <w:b/>
          <w:bCs/>
          <w:lang w:val="pt-BR"/>
        </w:rPr>
        <w:t>2.</w:t>
      </w:r>
      <w:r w:rsidR="00ED46C4" w:rsidRPr="00ED46C4">
        <w:rPr>
          <w:b/>
          <w:bCs/>
          <w:lang w:val="pt-BR"/>
        </w:rPr>
        <w:t xml:space="preserve"> Dados Brutos</w:t>
      </w:r>
      <w:r w:rsidRPr="00ED46C4">
        <w:rPr>
          <w:b/>
          <w:bCs/>
          <w:lang w:val="pt-BR"/>
        </w:rPr>
        <w:t xml:space="preserve"> </w:t>
      </w:r>
    </w:p>
    <w:p w:rsidR="008109C4" w:rsidRPr="00ED46C4" w:rsidRDefault="00F20377" w:rsidP="00ED46C4">
      <w:pPr>
        <w:jc w:val="both"/>
        <w:rPr>
          <w:lang w:val="pt-BR"/>
        </w:rPr>
      </w:pPr>
      <w:r w:rsidRPr="00ED46C4">
        <w:rPr>
          <w:lang w:val="pt-BR"/>
        </w:rPr>
        <w:lastRenderedPageBreak/>
        <w:t>Todos os dados brutos relacionados ao desenvolvimento do trabalho foram devidamente armazenados e permanecem sob guarda do orientador e do aluno, estando disponíveis para consulta, auditoria ou verificação institucional, quando solicitado.</w:t>
      </w:r>
    </w:p>
    <w:p w:rsidR="008109C4" w:rsidRPr="00ED46C4" w:rsidRDefault="00ED46C4" w:rsidP="00ED46C4">
      <w:pPr>
        <w:jc w:val="both"/>
        <w:rPr>
          <w:lang w:val="pt-BR"/>
        </w:rPr>
      </w:pPr>
      <w:r>
        <w:rPr>
          <w:lang w:val="pt-BR"/>
        </w:rPr>
        <w:t xml:space="preserve">OBS: </w:t>
      </w:r>
      <w:r w:rsidRPr="00ED46C4">
        <w:rPr>
          <w:lang w:val="pt-BR"/>
        </w:rPr>
        <w:t>Para fins desta declaração, consideram-se dados brutos todos os registros originais obtidos durante a execução da pesquisa, incluindo, mas não se limitando a: resultados experimentais primários, planilhas originais, imagens sem tratamento, arquivos instrumentais, espectros, cromatogramas, micrografias, registros eletrônicos, protocolos experimentais, códigos computacionais, arquivos de análise e quaisquer outros materiais que permitam rastrear, reproduzir e validar os resultados apresentados na dissertação/tese.</w:t>
      </w:r>
    </w:p>
    <w:p w:rsidR="00ED46C4" w:rsidRPr="00ED46C4" w:rsidRDefault="00F20377">
      <w:pPr>
        <w:rPr>
          <w:b/>
          <w:bCs/>
          <w:lang w:val="pt-BR"/>
        </w:rPr>
      </w:pPr>
      <w:r w:rsidRPr="00ED46C4">
        <w:rPr>
          <w:b/>
          <w:bCs/>
          <w:lang w:val="pt-BR"/>
        </w:rPr>
        <w:t>3.</w:t>
      </w:r>
      <w:r w:rsidR="00ED46C4" w:rsidRPr="00ED46C4">
        <w:rPr>
          <w:b/>
          <w:bCs/>
          <w:lang w:val="pt-BR"/>
        </w:rPr>
        <w:t xml:space="preserve"> Caderno de Laboratório</w:t>
      </w:r>
      <w:r w:rsidRPr="00ED46C4">
        <w:rPr>
          <w:b/>
          <w:bCs/>
          <w:lang w:val="pt-BR"/>
        </w:rPr>
        <w:t xml:space="preserve"> </w:t>
      </w:r>
    </w:p>
    <w:p w:rsidR="00ED46C4" w:rsidRDefault="00F20377" w:rsidP="00ED46C4">
      <w:pPr>
        <w:jc w:val="both"/>
        <w:rPr>
          <w:lang w:val="pt-BR"/>
        </w:rPr>
      </w:pPr>
      <w:r w:rsidRPr="00ED46C4">
        <w:rPr>
          <w:lang w:val="pt-BR"/>
        </w:rPr>
        <w:t>O caderno de laboratório</w:t>
      </w:r>
      <w:r w:rsidR="00E921B2">
        <w:rPr>
          <w:lang w:val="pt-BR"/>
        </w:rPr>
        <w:t xml:space="preserve"> ou a cópia do mesmo</w:t>
      </w:r>
      <w:r w:rsidRPr="00ED46C4">
        <w:rPr>
          <w:lang w:val="pt-BR"/>
        </w:rPr>
        <w:t xml:space="preserve"> referente ao desenvolvimento experimental do projeto foi devidamente preenchido e encontra-se arquivado junto ao laboratório/orientador, contendo o registro </w:t>
      </w:r>
      <w:r w:rsidR="00ED46C4">
        <w:rPr>
          <w:lang w:val="pt-BR"/>
        </w:rPr>
        <w:t>das</w:t>
      </w:r>
      <w:r w:rsidRPr="00ED46C4">
        <w:rPr>
          <w:lang w:val="pt-BR"/>
        </w:rPr>
        <w:t xml:space="preserve"> atividades experimentais realizadas.</w:t>
      </w:r>
    </w:p>
    <w:p w:rsidR="00ED46C4" w:rsidRDefault="00ED46C4" w:rsidP="00ED46C4">
      <w:pPr>
        <w:jc w:val="both"/>
        <w:rPr>
          <w:b/>
          <w:bCs/>
          <w:lang w:val="pt-BR"/>
        </w:rPr>
      </w:pPr>
      <w:r w:rsidRPr="00ED46C4">
        <w:rPr>
          <w:b/>
          <w:bCs/>
          <w:lang w:val="pt-BR"/>
        </w:rPr>
        <w:t>4. Descarte de Resíduos</w:t>
      </w:r>
    </w:p>
    <w:p w:rsidR="00ED46C4" w:rsidRPr="00ED46C4" w:rsidRDefault="00ED46C4" w:rsidP="00ED46C4">
      <w:pPr>
        <w:jc w:val="both"/>
        <w:rPr>
          <w:lang w:val="pt-BR"/>
        </w:rPr>
      </w:pPr>
      <w:r w:rsidRPr="00ED46C4">
        <w:rPr>
          <w:lang w:val="pt-BR"/>
        </w:rPr>
        <w:t>O descarte dos resíduos químicos, biológicos e/ou perfurocortantes gerados durante o desenvolvimento desta pesquisa foi realizado de acordo com as normas institucionais da FCFRP-USP e da Universidade de São Paulo, observando os procedimentos de segurança laboratorial, biossegurança e gerenciamento de resíduos aplicáveis.</w:t>
      </w:r>
    </w:p>
    <w:p w:rsidR="00B800A4" w:rsidRDefault="00B800A4" w:rsidP="00ED46C4">
      <w:pPr>
        <w:jc w:val="both"/>
        <w:rPr>
          <w:lang w:val="pt-BR"/>
        </w:rPr>
      </w:pPr>
    </w:p>
    <w:p w:rsidR="008109C4" w:rsidRPr="00ED46C4" w:rsidRDefault="00F20377" w:rsidP="00B800A4">
      <w:pPr>
        <w:jc w:val="both"/>
        <w:rPr>
          <w:lang w:val="pt-BR"/>
        </w:rPr>
      </w:pPr>
      <w:r w:rsidRPr="00ED46C4">
        <w:rPr>
          <w:lang w:val="pt-BR"/>
        </w:rPr>
        <w:t>Declaro, ainda, estar ciente das responsabilidades éticas e científicas relacionadas à integridade, rastreabilidade e reprodutibilidade dos dados de pesquisa.</w:t>
      </w:r>
    </w:p>
    <w:p w:rsidR="008109C4" w:rsidRPr="00ED46C4" w:rsidRDefault="00F20377">
      <w:pPr>
        <w:rPr>
          <w:lang w:val="pt-BR"/>
        </w:rPr>
      </w:pPr>
      <w:r w:rsidRPr="00ED46C4">
        <w:rPr>
          <w:lang w:val="pt-BR"/>
        </w:rPr>
        <w:br/>
        <w:t>Ribeirão Preto, ________ de __________________________ de __________.</w:t>
      </w:r>
      <w:r w:rsidRPr="00ED46C4">
        <w:rPr>
          <w:lang w:val="pt-BR"/>
        </w:rPr>
        <w:br/>
      </w:r>
    </w:p>
    <w:p w:rsidR="00B800A4" w:rsidRDefault="00B800A4">
      <w:pPr>
        <w:rPr>
          <w:b/>
          <w:lang w:val="pt-BR"/>
        </w:rPr>
      </w:pPr>
    </w:p>
    <w:p w:rsidR="008109C4" w:rsidRPr="00ED46C4" w:rsidRDefault="00F20377">
      <w:pPr>
        <w:rPr>
          <w:lang w:val="pt-BR"/>
        </w:rPr>
      </w:pPr>
      <w:r w:rsidRPr="00ED46C4">
        <w:rPr>
          <w:b/>
          <w:lang w:val="pt-BR"/>
        </w:rPr>
        <w:t>______________________________________________</w:t>
      </w:r>
      <w:r w:rsidRPr="00ED46C4">
        <w:rPr>
          <w:b/>
          <w:lang w:val="pt-BR"/>
        </w:rPr>
        <w:br/>
      </w:r>
      <w:r w:rsidRPr="00ED46C4">
        <w:rPr>
          <w:lang w:val="pt-BR"/>
        </w:rPr>
        <w:t>Nome e assinatura do(a) aluno(a)</w:t>
      </w:r>
    </w:p>
    <w:p w:rsidR="008109C4" w:rsidRPr="00ED46C4" w:rsidRDefault="008109C4">
      <w:pPr>
        <w:rPr>
          <w:lang w:val="pt-BR"/>
        </w:rPr>
      </w:pPr>
    </w:p>
    <w:p w:rsidR="008109C4" w:rsidRPr="00ED46C4" w:rsidRDefault="00F20377">
      <w:pPr>
        <w:rPr>
          <w:lang w:val="pt-BR"/>
        </w:rPr>
      </w:pPr>
      <w:r w:rsidRPr="00ED46C4">
        <w:rPr>
          <w:b/>
          <w:lang w:val="pt-BR"/>
        </w:rPr>
        <w:t>______________________________________________</w:t>
      </w:r>
      <w:r w:rsidRPr="00ED46C4">
        <w:rPr>
          <w:b/>
          <w:lang w:val="pt-BR"/>
        </w:rPr>
        <w:br/>
      </w:r>
      <w:r w:rsidRPr="00ED46C4">
        <w:rPr>
          <w:lang w:val="pt-BR"/>
        </w:rPr>
        <w:t>Nome e assinatura do(a) orientador(a)</w:t>
      </w:r>
    </w:p>
    <w:sectPr w:rsidR="008109C4" w:rsidRPr="00ED46C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15074B"/>
    <w:rsid w:val="0029639D"/>
    <w:rsid w:val="00326F90"/>
    <w:rsid w:val="00454237"/>
    <w:rsid w:val="005438AE"/>
    <w:rsid w:val="006B5C1E"/>
    <w:rsid w:val="00710398"/>
    <w:rsid w:val="008109C4"/>
    <w:rsid w:val="00AA1D8D"/>
    <w:rsid w:val="00AB76D6"/>
    <w:rsid w:val="00B47730"/>
    <w:rsid w:val="00B800A4"/>
    <w:rsid w:val="00C0523B"/>
    <w:rsid w:val="00CB0664"/>
    <w:rsid w:val="00E921B2"/>
    <w:rsid w:val="00ED46C4"/>
    <w:rsid w:val="00F203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58A9D3"/>
  <w15:docId w15:val="{1D00B8AC-6A73-4AEB-A6CD-EB379EC0C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FD9DE8-2023-447E-85F9-782106143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565</Words>
  <Characters>3055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2026-06-03T10:39:00Z</dcterms:created>
  <dcterms:modified xsi:type="dcterms:W3CDTF">2026-06-09T19:39:00Z</dcterms:modified>
  <cp:category/>
</cp:coreProperties>
</file>